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3E383" w14:textId="0AE27F73" w:rsidR="006446BE" w:rsidRDefault="00000000">
      <w:pPr>
        <w:pStyle w:val="Kop1"/>
      </w:pPr>
      <w:r>
        <w:t xml:space="preserve">Haverwafels met paddenstoelenragout en </w:t>
      </w:r>
      <w:r w:rsidR="00064E7B">
        <w:t>kruidenkwark.</w:t>
      </w:r>
    </w:p>
    <w:p w14:paraId="5DDBEBE9" w14:textId="4251217E" w:rsidR="006446BE" w:rsidRDefault="00FD78BC">
      <w:r>
        <w:rPr>
          <w:noProof/>
        </w:rPr>
        <w:drawing>
          <wp:inline distT="0" distB="0" distL="0" distR="0" wp14:anchorId="72C334E7" wp14:editId="5F7F4D66">
            <wp:extent cx="3094439" cy="2562225"/>
            <wp:effectExtent l="0" t="0" r="0" b="0"/>
            <wp:docPr id="1667760657" name="Afbeelding 1" descr="Afbeelding met voedsel, Keuken, gerecht, Fastfoo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60657" name="Afbeelding 1" descr="Afbeelding met voedsel, Keuken, gerecht, Fastfood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75" cy="25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1EC0" w14:textId="77777777" w:rsidR="006446BE" w:rsidRDefault="00000000">
      <w:pPr>
        <w:pStyle w:val="Kop2"/>
      </w:pPr>
      <w:r>
        <w:t>Ingrediënten</w:t>
      </w:r>
    </w:p>
    <w:p w14:paraId="53864B79" w14:textId="25FB1EED" w:rsidR="006446BE" w:rsidRDefault="00000000">
      <w:r>
        <w:t>Voor de wafels:</w:t>
      </w:r>
      <w:r w:rsidR="00FD78BC">
        <w:t xml:space="preserve">    </w:t>
      </w:r>
      <w:r>
        <w:t>100 g gerolde haver</w:t>
      </w:r>
      <w:r w:rsidR="00AC78D2">
        <w:t>, havermeel</w:t>
      </w:r>
      <w:r>
        <w:t xml:space="preserve"> </w:t>
      </w:r>
      <w:r>
        <w:br/>
        <w:t>• 1 ei</w:t>
      </w:r>
      <w:r>
        <w:br/>
        <w:t>• 100 ml halfvolle melk (ongezoet)</w:t>
      </w:r>
      <w:r>
        <w:br/>
        <w:t>• 1 tl bakpoeder</w:t>
      </w:r>
      <w:r>
        <w:br/>
        <w:t xml:space="preserve">• 1 snufje </w:t>
      </w:r>
      <w:r w:rsidR="00064E7B">
        <w:t>zout.</w:t>
      </w:r>
    </w:p>
    <w:p w14:paraId="40A63171" w14:textId="174A3754" w:rsidR="006446BE" w:rsidRDefault="00000000">
      <w:r>
        <w:t>Voor de paddenstoelenragout:</w:t>
      </w:r>
      <w:r w:rsidR="00FD78BC">
        <w:t xml:space="preserve">          </w:t>
      </w:r>
      <w:r>
        <w:t>100 g champignons</w:t>
      </w:r>
      <w:r>
        <w:br/>
        <w:t>• 100 g koningsoesterzwammen</w:t>
      </w:r>
      <w:r w:rsidR="00FD78BC">
        <w:t xml:space="preserve">      </w:t>
      </w:r>
      <w:r>
        <w:t>1 kleine rode ui</w:t>
      </w:r>
      <w:r>
        <w:br/>
        <w:t>• 1 teentje knoflook</w:t>
      </w:r>
      <w:r w:rsidR="00FD78BC">
        <w:t xml:space="preserve">                              </w:t>
      </w:r>
      <w:r>
        <w:t>1 el olijfolie</w:t>
      </w:r>
      <w:r>
        <w:br/>
        <w:t>• verse tijm</w:t>
      </w:r>
      <w:r w:rsidR="00FD78BC">
        <w:t xml:space="preserve">                                                </w:t>
      </w:r>
      <w:r>
        <w:t xml:space="preserve">zout, </w:t>
      </w:r>
      <w:r w:rsidR="00064E7B">
        <w:t>peper.</w:t>
      </w:r>
    </w:p>
    <w:p w14:paraId="6337CA8F" w14:textId="201A8C70" w:rsidR="006446BE" w:rsidRDefault="00000000">
      <w:r>
        <w:t xml:space="preserve">Voor de kruidenkwark:150 g magere </w:t>
      </w:r>
      <w:r w:rsidR="00064E7B">
        <w:t>kwark 1</w:t>
      </w:r>
      <w:r>
        <w:t xml:space="preserve"> el gehakte kruiden (bijv. </w:t>
      </w:r>
      <w:r w:rsidR="00064E7B">
        <w:t>peterselie, bieslook</w:t>
      </w:r>
      <w:r>
        <w:t>,)</w:t>
      </w:r>
      <w:r>
        <w:br/>
        <w:t>zout, peper</w:t>
      </w:r>
    </w:p>
    <w:p w14:paraId="6E62C9EE" w14:textId="77777777" w:rsidR="006446BE" w:rsidRDefault="00000000">
      <w:pPr>
        <w:pStyle w:val="Kop2"/>
      </w:pPr>
      <w:r>
        <w:t>Bereidingswijze</w:t>
      </w:r>
    </w:p>
    <w:p w14:paraId="5EE9A493" w14:textId="77777777" w:rsidR="006446BE" w:rsidRDefault="00000000">
      <w:r>
        <w:t>1. Meng de haver, het ei, de havermelk, bakpoeder en het zout tot een glad wafelbeslag. Goudbruin bakken in een voorverwarmd wafelijzer.</w:t>
      </w:r>
      <w:r>
        <w:br/>
        <w:t>2. Maak de champignons schoon en snijd ze in plakjes of blokjes. Snipper de ui en knoflook. Fruit de groenten 8-10 minuten op middelhoog vuur in olijfolie. Breng op smaak met zout, peper en tijm.</w:t>
      </w:r>
      <w:r>
        <w:br/>
        <w:t>3. Meng de kwark met de kruiden, citroensap, zout en peper. Roer de olijfolie erdoor voor extra romigheid.</w:t>
      </w:r>
      <w:r>
        <w:br/>
        <w:t>4. Serveer de haverwafels met de warme paddenstoelenragout en een lepel kruidenkwark.</w:t>
      </w:r>
    </w:p>
    <w:sectPr w:rsidR="006446B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50839913">
    <w:abstractNumId w:val="8"/>
  </w:num>
  <w:num w:numId="2" w16cid:durableId="6029917">
    <w:abstractNumId w:val="6"/>
  </w:num>
  <w:num w:numId="3" w16cid:durableId="876547134">
    <w:abstractNumId w:val="5"/>
  </w:num>
  <w:num w:numId="4" w16cid:durableId="334381755">
    <w:abstractNumId w:val="4"/>
  </w:num>
  <w:num w:numId="5" w16cid:durableId="1422799963">
    <w:abstractNumId w:val="7"/>
  </w:num>
  <w:num w:numId="6" w16cid:durableId="1488131740">
    <w:abstractNumId w:val="3"/>
  </w:num>
  <w:num w:numId="7" w16cid:durableId="2111269276">
    <w:abstractNumId w:val="2"/>
  </w:num>
  <w:num w:numId="8" w16cid:durableId="1278440193">
    <w:abstractNumId w:val="1"/>
  </w:num>
  <w:num w:numId="9" w16cid:durableId="427234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4E7B"/>
    <w:rsid w:val="0015074B"/>
    <w:rsid w:val="0029639D"/>
    <w:rsid w:val="00326F90"/>
    <w:rsid w:val="006446BE"/>
    <w:rsid w:val="00983CDA"/>
    <w:rsid w:val="00AA1D8D"/>
    <w:rsid w:val="00AC78D2"/>
    <w:rsid w:val="00B47730"/>
    <w:rsid w:val="00CB0664"/>
    <w:rsid w:val="00D82A53"/>
    <w:rsid w:val="00FC693F"/>
    <w:rsid w:val="00FD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C98164"/>
  <w14:defaultImageDpi w14:val="300"/>
  <w15:docId w15:val="{411E0D5F-4288-499E-A659-1CD2A1C5F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174</Words>
  <Characters>911</Characters>
  <Application>Microsoft Office Word</Application>
  <DocSecurity>0</DocSecurity>
  <Lines>32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Jean Dols</cp:lastModifiedBy>
  <cp:revision>4</cp:revision>
  <dcterms:created xsi:type="dcterms:W3CDTF">2013-12-23T23:15:00Z</dcterms:created>
  <dcterms:modified xsi:type="dcterms:W3CDTF">2025-10-24T15:53:00Z</dcterms:modified>
  <cp:category/>
</cp:coreProperties>
</file>