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8E0092" w14:textId="77777777" w:rsidR="002F1C2A" w:rsidRDefault="009D3686">
      <w:pPr>
        <w:pStyle w:val="Kop1"/>
      </w:pPr>
      <w:r>
        <w:t>SRIRACHA-EI MET SESAM</w:t>
      </w:r>
    </w:p>
    <w:p w14:paraId="11B8D628" w14:textId="0B304C1B" w:rsidR="002F1C2A" w:rsidRDefault="009150D0">
      <w:r>
        <w:rPr>
          <w:noProof/>
        </w:rPr>
        <w:drawing>
          <wp:inline distT="0" distB="0" distL="0" distR="0" wp14:anchorId="581D8F6F" wp14:editId="614212CD">
            <wp:extent cx="3857625" cy="2571750"/>
            <wp:effectExtent l="0" t="0" r="9525" b="0"/>
            <wp:docPr id="148501391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8090" cy="2572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AFC6C68" w14:textId="2A2440F0" w:rsidR="002F1C2A" w:rsidRPr="009150D0" w:rsidRDefault="009D3686">
      <w:pPr>
        <w:pStyle w:val="Kop2"/>
        <w:rPr>
          <w:sz w:val="32"/>
          <w:szCs w:val="32"/>
        </w:rPr>
      </w:pPr>
      <w:r w:rsidRPr="009150D0">
        <w:rPr>
          <w:sz w:val="32"/>
          <w:szCs w:val="32"/>
        </w:rPr>
        <w:t xml:space="preserve">INGREDIËNTEN voor </w:t>
      </w:r>
      <w:r w:rsidR="00101E9E" w:rsidRPr="009150D0">
        <w:rPr>
          <w:sz w:val="32"/>
          <w:szCs w:val="32"/>
        </w:rPr>
        <w:t>1</w:t>
      </w:r>
      <w:r w:rsidRPr="009150D0">
        <w:rPr>
          <w:sz w:val="32"/>
          <w:szCs w:val="32"/>
        </w:rPr>
        <w:t xml:space="preserve"> persoon</w:t>
      </w:r>
    </w:p>
    <w:p w14:paraId="40D7D49B" w14:textId="77777777" w:rsidR="002F1C2A" w:rsidRPr="009150D0" w:rsidRDefault="009D3686">
      <w:pPr>
        <w:pStyle w:val="Lijstopsomteken"/>
        <w:rPr>
          <w:sz w:val="24"/>
          <w:szCs w:val="24"/>
        </w:rPr>
      </w:pPr>
      <w:r w:rsidRPr="009150D0">
        <w:rPr>
          <w:sz w:val="24"/>
          <w:szCs w:val="24"/>
        </w:rPr>
        <w:t>75 g basmatirijst</w:t>
      </w:r>
    </w:p>
    <w:p w14:paraId="33041DD8" w14:textId="77777777" w:rsidR="002F1C2A" w:rsidRPr="009150D0" w:rsidRDefault="009D3686">
      <w:pPr>
        <w:pStyle w:val="Lijstopsomteken"/>
        <w:rPr>
          <w:sz w:val="24"/>
          <w:szCs w:val="24"/>
        </w:rPr>
      </w:pPr>
      <w:r w:rsidRPr="009150D0">
        <w:rPr>
          <w:sz w:val="24"/>
          <w:szCs w:val="24"/>
        </w:rPr>
        <w:t>2 el sesamzaadjes</w:t>
      </w:r>
    </w:p>
    <w:p w14:paraId="3FF9B1A6" w14:textId="77777777" w:rsidR="002F1C2A" w:rsidRPr="009150D0" w:rsidRDefault="009D3686">
      <w:pPr>
        <w:pStyle w:val="Lijstopsomteken"/>
        <w:rPr>
          <w:sz w:val="24"/>
          <w:szCs w:val="24"/>
        </w:rPr>
      </w:pPr>
      <w:r w:rsidRPr="009150D0">
        <w:rPr>
          <w:sz w:val="24"/>
          <w:szCs w:val="24"/>
        </w:rPr>
        <w:t>1 flinke hand spinazie</w:t>
      </w:r>
    </w:p>
    <w:p w14:paraId="69210066" w14:textId="77777777" w:rsidR="002F1C2A" w:rsidRPr="009150D0" w:rsidRDefault="009D3686">
      <w:pPr>
        <w:pStyle w:val="Lijstopsomteken"/>
        <w:rPr>
          <w:sz w:val="24"/>
          <w:szCs w:val="24"/>
        </w:rPr>
      </w:pPr>
      <w:r w:rsidRPr="009150D0">
        <w:rPr>
          <w:sz w:val="24"/>
          <w:szCs w:val="24"/>
        </w:rPr>
        <w:t>ca. 3–6 el sriracha</w:t>
      </w:r>
    </w:p>
    <w:p w14:paraId="321933C1" w14:textId="77777777" w:rsidR="002F1C2A" w:rsidRPr="009150D0" w:rsidRDefault="009D3686">
      <w:pPr>
        <w:pStyle w:val="Lijstopsomteken"/>
        <w:rPr>
          <w:sz w:val="24"/>
          <w:szCs w:val="24"/>
        </w:rPr>
      </w:pPr>
      <w:r w:rsidRPr="009150D0">
        <w:rPr>
          <w:sz w:val="24"/>
          <w:szCs w:val="24"/>
        </w:rPr>
        <w:t>1 ei</w:t>
      </w:r>
    </w:p>
    <w:p w14:paraId="0BE33FC5" w14:textId="77777777" w:rsidR="002F1C2A" w:rsidRPr="009150D0" w:rsidRDefault="009D3686">
      <w:pPr>
        <w:pStyle w:val="Lijstopsomteken"/>
        <w:rPr>
          <w:sz w:val="24"/>
          <w:szCs w:val="24"/>
        </w:rPr>
      </w:pPr>
      <w:r w:rsidRPr="009150D0">
        <w:rPr>
          <w:sz w:val="24"/>
          <w:szCs w:val="24"/>
        </w:rPr>
        <w:t>1–2 el gebakken uitjes (optioneel)</w:t>
      </w:r>
    </w:p>
    <w:p w14:paraId="28121513" w14:textId="77777777" w:rsidR="002F1C2A" w:rsidRPr="009150D0" w:rsidRDefault="009D3686">
      <w:pPr>
        <w:pStyle w:val="Lijstopsomteken"/>
        <w:rPr>
          <w:sz w:val="24"/>
          <w:szCs w:val="24"/>
        </w:rPr>
      </w:pPr>
      <w:r w:rsidRPr="009150D0">
        <w:rPr>
          <w:sz w:val="24"/>
          <w:szCs w:val="24"/>
        </w:rPr>
        <w:t>olie</w:t>
      </w:r>
    </w:p>
    <w:p w14:paraId="58BF4FB2" w14:textId="77777777" w:rsidR="002F1C2A" w:rsidRPr="009150D0" w:rsidRDefault="009D3686">
      <w:pPr>
        <w:pStyle w:val="Lijstopsomteken"/>
        <w:rPr>
          <w:sz w:val="24"/>
          <w:szCs w:val="24"/>
        </w:rPr>
      </w:pPr>
      <w:r w:rsidRPr="009150D0">
        <w:rPr>
          <w:sz w:val="24"/>
          <w:szCs w:val="24"/>
        </w:rPr>
        <w:t>zout</w:t>
      </w:r>
    </w:p>
    <w:p w14:paraId="3E6138AE" w14:textId="77777777" w:rsidR="002F1C2A" w:rsidRPr="009150D0" w:rsidRDefault="009D3686">
      <w:pPr>
        <w:pStyle w:val="Kop2"/>
        <w:rPr>
          <w:sz w:val="32"/>
          <w:szCs w:val="32"/>
        </w:rPr>
      </w:pPr>
      <w:r w:rsidRPr="009150D0">
        <w:rPr>
          <w:sz w:val="32"/>
          <w:szCs w:val="32"/>
        </w:rPr>
        <w:t>BEREIDING</w:t>
      </w:r>
    </w:p>
    <w:p w14:paraId="32C83CF5" w14:textId="5210F564" w:rsidR="002F1C2A" w:rsidRPr="009150D0" w:rsidRDefault="009D3686">
      <w:pPr>
        <w:pStyle w:val="Lijstnummering"/>
        <w:rPr>
          <w:sz w:val="24"/>
          <w:szCs w:val="24"/>
        </w:rPr>
      </w:pPr>
      <w:r w:rsidRPr="009150D0">
        <w:rPr>
          <w:sz w:val="24"/>
          <w:szCs w:val="24"/>
        </w:rPr>
        <w:t>Kook de rijst een minuut of 1</w:t>
      </w:r>
      <w:r w:rsidR="00035664" w:rsidRPr="009150D0">
        <w:rPr>
          <w:sz w:val="24"/>
          <w:szCs w:val="24"/>
        </w:rPr>
        <w:t>0</w:t>
      </w:r>
      <w:r w:rsidRPr="009150D0">
        <w:rPr>
          <w:sz w:val="24"/>
          <w:szCs w:val="24"/>
        </w:rPr>
        <w:t xml:space="preserve"> (check verpakking).</w:t>
      </w:r>
    </w:p>
    <w:p w14:paraId="46D7635D" w14:textId="77777777" w:rsidR="002F1C2A" w:rsidRPr="009150D0" w:rsidRDefault="009D3686">
      <w:pPr>
        <w:pStyle w:val="Lijstnummering"/>
        <w:rPr>
          <w:sz w:val="24"/>
          <w:szCs w:val="24"/>
        </w:rPr>
      </w:pPr>
      <w:r w:rsidRPr="009150D0">
        <w:rPr>
          <w:sz w:val="24"/>
          <w:szCs w:val="24"/>
        </w:rPr>
        <w:t>Toast de sesamzaadjes 3 minuten zonder olie in een koekenpan.</w:t>
      </w:r>
    </w:p>
    <w:p w14:paraId="500BB0E3" w14:textId="77777777" w:rsidR="002F1C2A" w:rsidRPr="009150D0" w:rsidRDefault="009D3686">
      <w:pPr>
        <w:pStyle w:val="Lijstnummering"/>
        <w:rPr>
          <w:sz w:val="24"/>
          <w:szCs w:val="24"/>
        </w:rPr>
      </w:pPr>
      <w:r w:rsidRPr="009150D0">
        <w:rPr>
          <w:sz w:val="24"/>
          <w:szCs w:val="24"/>
        </w:rPr>
        <w:t>Haal de sesam uit de pan en zet apart. Verhit wat olie in de pan en bak de spinazie met een snuf zout 6 minuten met een deksel erop.</w:t>
      </w:r>
    </w:p>
    <w:p w14:paraId="6B8DE6F4" w14:textId="7D293A8D" w:rsidR="002F1C2A" w:rsidRPr="009150D0" w:rsidRDefault="009D3686">
      <w:pPr>
        <w:pStyle w:val="Lijstnummering"/>
        <w:rPr>
          <w:sz w:val="24"/>
          <w:szCs w:val="24"/>
        </w:rPr>
      </w:pPr>
      <w:r w:rsidRPr="009150D0">
        <w:rPr>
          <w:sz w:val="24"/>
          <w:szCs w:val="24"/>
        </w:rPr>
        <w:t>Schep de spinazie uit de pan</w:t>
      </w:r>
      <w:r w:rsidR="00035664" w:rsidRPr="009150D0">
        <w:rPr>
          <w:sz w:val="24"/>
          <w:szCs w:val="24"/>
        </w:rPr>
        <w:t xml:space="preserve">. Klop het ei met wat sriracha los en maak een </w:t>
      </w:r>
      <w:r w:rsidR="00101E9E" w:rsidRPr="009150D0">
        <w:rPr>
          <w:sz w:val="24"/>
          <w:szCs w:val="24"/>
        </w:rPr>
        <w:t>omelet.</w:t>
      </w:r>
    </w:p>
    <w:p w14:paraId="3DE20D76" w14:textId="2E984068" w:rsidR="002F1C2A" w:rsidRPr="009150D0" w:rsidRDefault="00035664">
      <w:pPr>
        <w:pStyle w:val="Lijstnummering"/>
        <w:rPr>
          <w:sz w:val="24"/>
          <w:szCs w:val="24"/>
        </w:rPr>
      </w:pPr>
      <w:r w:rsidRPr="009150D0">
        <w:rPr>
          <w:sz w:val="24"/>
          <w:szCs w:val="24"/>
        </w:rPr>
        <w:t>S</w:t>
      </w:r>
      <w:r w:rsidR="009D3686" w:rsidRPr="009150D0">
        <w:rPr>
          <w:sz w:val="24"/>
          <w:szCs w:val="24"/>
        </w:rPr>
        <w:t>chep de sesam op het gebakken ei.</w:t>
      </w:r>
    </w:p>
    <w:p w14:paraId="242B3439" w14:textId="03D5E01F" w:rsidR="002F1C2A" w:rsidRPr="009150D0" w:rsidRDefault="00035664">
      <w:pPr>
        <w:pStyle w:val="Lijstnummering"/>
        <w:rPr>
          <w:sz w:val="24"/>
          <w:szCs w:val="24"/>
        </w:rPr>
      </w:pPr>
      <w:r w:rsidRPr="009150D0">
        <w:rPr>
          <w:sz w:val="24"/>
          <w:szCs w:val="24"/>
        </w:rPr>
        <w:t>R</w:t>
      </w:r>
      <w:r w:rsidR="009D3686" w:rsidRPr="009150D0">
        <w:rPr>
          <w:sz w:val="24"/>
          <w:szCs w:val="24"/>
        </w:rPr>
        <w:t>ijst op het bord</w:t>
      </w:r>
      <w:r w:rsidRPr="009150D0">
        <w:rPr>
          <w:sz w:val="24"/>
          <w:szCs w:val="24"/>
        </w:rPr>
        <w:t xml:space="preserve"> </w:t>
      </w:r>
      <w:r w:rsidR="00101E9E" w:rsidRPr="009150D0">
        <w:rPr>
          <w:sz w:val="24"/>
          <w:szCs w:val="24"/>
        </w:rPr>
        <w:t>(met</w:t>
      </w:r>
      <w:r w:rsidRPr="009150D0">
        <w:rPr>
          <w:sz w:val="24"/>
          <w:szCs w:val="24"/>
        </w:rPr>
        <w:t xml:space="preserve"> wat ketjap manis)</w:t>
      </w:r>
      <w:r w:rsidR="009D3686" w:rsidRPr="009150D0">
        <w:rPr>
          <w:sz w:val="24"/>
          <w:szCs w:val="24"/>
        </w:rPr>
        <w:t>, spinazie erbij en eitje erop (eventueel aftoppen met gebakken uitjes).</w:t>
      </w:r>
    </w:p>
    <w:p w14:paraId="287F25B5" w14:textId="20FEBCC3" w:rsidR="002F1C2A" w:rsidRDefault="002F1C2A" w:rsidP="00035664">
      <w:pPr>
        <w:pStyle w:val="Lijstnummering"/>
        <w:numPr>
          <w:ilvl w:val="0"/>
          <w:numId w:val="0"/>
        </w:numPr>
      </w:pPr>
    </w:p>
    <w:sectPr w:rsidR="002F1C2A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jstnummering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jstnummering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jstopsomteken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jstopsomteken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00A63B42"/>
    <w:lvl w:ilvl="0">
      <w:start w:val="1"/>
      <w:numFmt w:val="decimal"/>
      <w:pStyle w:val="Lijstnummering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54746D1A"/>
    <w:lvl w:ilvl="0">
      <w:start w:val="1"/>
      <w:numFmt w:val="bullet"/>
      <w:pStyle w:val="Lijstopsomteken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544102260">
    <w:abstractNumId w:val="8"/>
  </w:num>
  <w:num w:numId="2" w16cid:durableId="59913946">
    <w:abstractNumId w:val="6"/>
  </w:num>
  <w:num w:numId="3" w16cid:durableId="429469648">
    <w:abstractNumId w:val="5"/>
  </w:num>
  <w:num w:numId="4" w16cid:durableId="1192842821">
    <w:abstractNumId w:val="4"/>
  </w:num>
  <w:num w:numId="5" w16cid:durableId="58094233">
    <w:abstractNumId w:val="7"/>
  </w:num>
  <w:num w:numId="6" w16cid:durableId="1900625165">
    <w:abstractNumId w:val="3"/>
  </w:num>
  <w:num w:numId="7" w16cid:durableId="1477185892">
    <w:abstractNumId w:val="2"/>
  </w:num>
  <w:num w:numId="8" w16cid:durableId="1888369715">
    <w:abstractNumId w:val="1"/>
  </w:num>
  <w:num w:numId="9" w16cid:durableId="1265580147">
    <w:abstractNumId w:val="0"/>
  </w:num>
  <w:num w:numId="10" w16cid:durableId="106452510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34616"/>
    <w:rsid w:val="00035664"/>
    <w:rsid w:val="0006063C"/>
    <w:rsid w:val="000A2345"/>
    <w:rsid w:val="00101E9E"/>
    <w:rsid w:val="0015074B"/>
    <w:rsid w:val="0029639D"/>
    <w:rsid w:val="002F1C2A"/>
    <w:rsid w:val="00326F90"/>
    <w:rsid w:val="0045708A"/>
    <w:rsid w:val="009150D0"/>
    <w:rsid w:val="009D3686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53C7AA69"/>
  <w14:defaultImageDpi w14:val="300"/>
  <w15:docId w15:val="{28264047-4DDC-4B9C-BA5C-880293A789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C693F"/>
  </w:style>
  <w:style w:type="paragraph" w:styleId="Kop1">
    <w:name w:val="heading 1"/>
    <w:basedOn w:val="Standaard"/>
    <w:next w:val="Standaard"/>
    <w:link w:val="Kop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E618BF"/>
  </w:style>
  <w:style w:type="paragraph" w:styleId="Voettekst">
    <w:name w:val="footer"/>
    <w:basedOn w:val="Standaard"/>
    <w:link w:val="Voettekst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E618BF"/>
  </w:style>
  <w:style w:type="paragraph" w:styleId="Geenafstand">
    <w:name w:val="No Spacing"/>
    <w:uiPriority w:val="1"/>
    <w:qFormat/>
    <w:rsid w:val="00FC693F"/>
    <w:pPr>
      <w:spacing w:after="0" w:line="240" w:lineRule="auto"/>
    </w:pPr>
  </w:style>
  <w:style w:type="character" w:customStyle="1" w:styleId="Kop1Char">
    <w:name w:val="Kop 1 Char"/>
    <w:basedOn w:val="Standaardalinea-lettertype"/>
    <w:link w:val="Kop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Kop3Char">
    <w:name w:val="Kop 3 Char"/>
    <w:basedOn w:val="Standaardalinea-lettertype"/>
    <w:link w:val="Kop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el">
    <w:name w:val="Title"/>
    <w:basedOn w:val="Standaard"/>
    <w:next w:val="Standaard"/>
    <w:link w:val="Titel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Char">
    <w:name w:val="Titel Char"/>
    <w:basedOn w:val="Standaardalinea-lettertype"/>
    <w:link w:val="Titel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jstalinea">
    <w:name w:val="List Paragraph"/>
    <w:basedOn w:val="Standaard"/>
    <w:uiPriority w:val="34"/>
    <w:qFormat/>
    <w:rsid w:val="00FC693F"/>
    <w:pPr>
      <w:ind w:left="720"/>
      <w:contextualSpacing/>
    </w:pPr>
  </w:style>
  <w:style w:type="paragraph" w:styleId="Plattetekst">
    <w:name w:val="Body Text"/>
    <w:basedOn w:val="Standaard"/>
    <w:link w:val="PlattetekstChar"/>
    <w:uiPriority w:val="99"/>
    <w:unhideWhenUsed/>
    <w:rsid w:val="00AA1D8D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99"/>
    <w:rsid w:val="00AA1D8D"/>
  </w:style>
  <w:style w:type="paragraph" w:styleId="Plattetekst2">
    <w:name w:val="Body Text 2"/>
    <w:basedOn w:val="Standaard"/>
    <w:link w:val="Plattetekst2Char"/>
    <w:uiPriority w:val="99"/>
    <w:unhideWhenUsed/>
    <w:rsid w:val="00AA1D8D"/>
    <w:pPr>
      <w:spacing w:after="120" w:line="480" w:lineRule="auto"/>
    </w:pPr>
  </w:style>
  <w:style w:type="character" w:customStyle="1" w:styleId="Plattetekst2Char">
    <w:name w:val="Platte tekst 2 Char"/>
    <w:basedOn w:val="Standaardalinea-lettertype"/>
    <w:link w:val="Plattetekst2"/>
    <w:uiPriority w:val="99"/>
    <w:rsid w:val="00AA1D8D"/>
  </w:style>
  <w:style w:type="paragraph" w:styleId="Plattetekst3">
    <w:name w:val="Body Text 3"/>
    <w:basedOn w:val="Standaard"/>
    <w:link w:val="Platteteks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Plattetekst3Char">
    <w:name w:val="Platte tekst 3 Char"/>
    <w:basedOn w:val="Standaardalinea-lettertype"/>
    <w:link w:val="Plattetekst3"/>
    <w:uiPriority w:val="99"/>
    <w:rsid w:val="00AA1D8D"/>
    <w:rPr>
      <w:sz w:val="16"/>
      <w:szCs w:val="16"/>
    </w:rPr>
  </w:style>
  <w:style w:type="paragraph" w:styleId="Lijst">
    <w:name w:val="List"/>
    <w:basedOn w:val="Standaard"/>
    <w:uiPriority w:val="99"/>
    <w:unhideWhenUsed/>
    <w:rsid w:val="00AA1D8D"/>
    <w:pPr>
      <w:ind w:left="360" w:hanging="360"/>
      <w:contextualSpacing/>
    </w:pPr>
  </w:style>
  <w:style w:type="paragraph" w:styleId="Lijst2">
    <w:name w:val="List 2"/>
    <w:basedOn w:val="Standaard"/>
    <w:uiPriority w:val="99"/>
    <w:unhideWhenUsed/>
    <w:rsid w:val="00326F90"/>
    <w:pPr>
      <w:ind w:left="720" w:hanging="360"/>
      <w:contextualSpacing/>
    </w:pPr>
  </w:style>
  <w:style w:type="paragraph" w:styleId="Lijst3">
    <w:name w:val="List 3"/>
    <w:basedOn w:val="Standaard"/>
    <w:uiPriority w:val="99"/>
    <w:unhideWhenUsed/>
    <w:rsid w:val="00326F90"/>
    <w:pPr>
      <w:ind w:left="1080" w:hanging="360"/>
      <w:contextualSpacing/>
    </w:pPr>
  </w:style>
  <w:style w:type="paragraph" w:styleId="Lijstopsomteken">
    <w:name w:val="List Bullet"/>
    <w:basedOn w:val="Standaard"/>
    <w:uiPriority w:val="99"/>
    <w:unhideWhenUsed/>
    <w:rsid w:val="00326F90"/>
    <w:pPr>
      <w:numPr>
        <w:numId w:val="1"/>
      </w:numPr>
      <w:contextualSpacing/>
    </w:pPr>
  </w:style>
  <w:style w:type="paragraph" w:styleId="Lijstopsomteken2">
    <w:name w:val="List Bullet 2"/>
    <w:basedOn w:val="Standaard"/>
    <w:uiPriority w:val="99"/>
    <w:unhideWhenUsed/>
    <w:rsid w:val="00326F90"/>
    <w:pPr>
      <w:numPr>
        <w:numId w:val="2"/>
      </w:numPr>
      <w:contextualSpacing/>
    </w:pPr>
  </w:style>
  <w:style w:type="paragraph" w:styleId="Lijstopsomteken3">
    <w:name w:val="List Bullet 3"/>
    <w:basedOn w:val="Standaard"/>
    <w:uiPriority w:val="99"/>
    <w:unhideWhenUsed/>
    <w:rsid w:val="00326F90"/>
    <w:pPr>
      <w:numPr>
        <w:numId w:val="3"/>
      </w:numPr>
      <w:contextualSpacing/>
    </w:pPr>
  </w:style>
  <w:style w:type="paragraph" w:styleId="Lijstnummering">
    <w:name w:val="List Number"/>
    <w:basedOn w:val="Standaard"/>
    <w:uiPriority w:val="99"/>
    <w:unhideWhenUsed/>
    <w:rsid w:val="00326F90"/>
    <w:pPr>
      <w:numPr>
        <w:numId w:val="5"/>
      </w:numPr>
      <w:contextualSpacing/>
    </w:pPr>
  </w:style>
  <w:style w:type="paragraph" w:styleId="Lijstnummering2">
    <w:name w:val="List Number 2"/>
    <w:basedOn w:val="Standaard"/>
    <w:uiPriority w:val="99"/>
    <w:unhideWhenUsed/>
    <w:rsid w:val="0029639D"/>
    <w:pPr>
      <w:numPr>
        <w:numId w:val="6"/>
      </w:numPr>
      <w:contextualSpacing/>
    </w:pPr>
  </w:style>
  <w:style w:type="paragraph" w:styleId="Lijstnummering3">
    <w:name w:val="List Number 3"/>
    <w:basedOn w:val="Standaard"/>
    <w:uiPriority w:val="99"/>
    <w:unhideWhenUsed/>
    <w:rsid w:val="0029639D"/>
    <w:pPr>
      <w:numPr>
        <w:numId w:val="7"/>
      </w:numPr>
      <w:contextualSpacing/>
    </w:pPr>
  </w:style>
  <w:style w:type="paragraph" w:styleId="Lijstvoortzetting">
    <w:name w:val="List Continue"/>
    <w:basedOn w:val="Standaard"/>
    <w:uiPriority w:val="99"/>
    <w:unhideWhenUsed/>
    <w:rsid w:val="0029639D"/>
    <w:pPr>
      <w:spacing w:after="120"/>
      <w:ind w:left="360"/>
      <w:contextualSpacing/>
    </w:pPr>
  </w:style>
  <w:style w:type="paragraph" w:styleId="Lijstvoortzetting2">
    <w:name w:val="List Continue 2"/>
    <w:basedOn w:val="Standaard"/>
    <w:uiPriority w:val="99"/>
    <w:unhideWhenUsed/>
    <w:rsid w:val="0029639D"/>
    <w:pPr>
      <w:spacing w:after="120"/>
      <w:ind w:left="720"/>
      <w:contextualSpacing/>
    </w:pPr>
  </w:style>
  <w:style w:type="paragraph" w:styleId="Lijstvoortzetting3">
    <w:name w:val="List Continue 3"/>
    <w:basedOn w:val="Standaard"/>
    <w:uiPriority w:val="99"/>
    <w:unhideWhenUsed/>
    <w:rsid w:val="0029639D"/>
    <w:pPr>
      <w:spacing w:after="120"/>
      <w:ind w:left="1080"/>
      <w:contextualSpacing/>
    </w:pPr>
  </w:style>
  <w:style w:type="paragraph" w:styleId="Macrotekst">
    <w:name w:val="macro"/>
    <w:link w:val="Macroteks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rsid w:val="0029639D"/>
    <w:rPr>
      <w:rFonts w:ascii="Courier" w:hAnsi="Courier"/>
      <w:sz w:val="20"/>
      <w:szCs w:val="20"/>
    </w:rPr>
  </w:style>
  <w:style w:type="paragraph" w:styleId="Citaat">
    <w:name w:val="Quote"/>
    <w:basedOn w:val="Standaard"/>
    <w:next w:val="Standaard"/>
    <w:link w:val="CitaatChar"/>
    <w:uiPriority w:val="29"/>
    <w:qFormat/>
    <w:rsid w:val="00FC693F"/>
    <w:rPr>
      <w:i/>
      <w:iCs/>
      <w:color w:val="000000" w:themeColor="text1"/>
    </w:rPr>
  </w:style>
  <w:style w:type="character" w:customStyle="1" w:styleId="CitaatChar">
    <w:name w:val="Citaat Char"/>
    <w:basedOn w:val="Standaardalinea-lettertype"/>
    <w:link w:val="Citaat"/>
    <w:uiPriority w:val="29"/>
    <w:rsid w:val="00FC693F"/>
    <w:rPr>
      <w:i/>
      <w:iCs/>
      <w:color w:val="000000" w:themeColor="text1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Zwaar">
    <w:name w:val="Strong"/>
    <w:basedOn w:val="Standaardalinea-lettertype"/>
    <w:uiPriority w:val="22"/>
    <w:qFormat/>
    <w:rsid w:val="00FC693F"/>
    <w:rPr>
      <w:b/>
      <w:bCs/>
    </w:rPr>
  </w:style>
  <w:style w:type="character" w:styleId="Nadruk">
    <w:name w:val="Emphasis"/>
    <w:basedOn w:val="Standaardalinea-lettertype"/>
    <w:uiPriority w:val="20"/>
    <w:qFormat/>
    <w:rsid w:val="00FC693F"/>
    <w:rPr>
      <w:i/>
      <w:iCs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C693F"/>
    <w:rPr>
      <w:b/>
      <w:bCs/>
      <w:i/>
      <w:iCs/>
      <w:color w:val="4F81BD" w:themeColor="accent1"/>
    </w:rPr>
  </w:style>
  <w:style w:type="character" w:styleId="Subtielebenadrukking">
    <w:name w:val="Subtle Emphasis"/>
    <w:basedOn w:val="Standaardalinea-lettertype"/>
    <w:uiPriority w:val="19"/>
    <w:qFormat/>
    <w:rsid w:val="00FC693F"/>
    <w:rPr>
      <w:i/>
      <w:iCs/>
      <w:color w:val="808080" w:themeColor="text1" w:themeTint="7F"/>
    </w:rPr>
  </w:style>
  <w:style w:type="character" w:styleId="Intensievebenadrukking">
    <w:name w:val="Intense Emphasis"/>
    <w:basedOn w:val="Standaardalinea-lettertype"/>
    <w:uiPriority w:val="21"/>
    <w:qFormat/>
    <w:rsid w:val="00FC693F"/>
    <w:rPr>
      <w:b/>
      <w:bCs/>
      <w:i/>
      <w:iCs/>
      <w:color w:val="4F81BD" w:themeColor="accent1"/>
    </w:rPr>
  </w:style>
  <w:style w:type="character" w:styleId="Subtieleverwijzing">
    <w:name w:val="Subtle Reference"/>
    <w:basedOn w:val="Standaardalinea-lettertype"/>
    <w:uiPriority w:val="31"/>
    <w:qFormat/>
    <w:rsid w:val="00FC693F"/>
    <w:rPr>
      <w:smallCaps/>
      <w:color w:val="C0504D" w:themeColor="accent2"/>
      <w:u w:val="single"/>
    </w:rPr>
  </w:style>
  <w:style w:type="character" w:styleId="Intensieveverwijzing">
    <w:name w:val="Intense Reference"/>
    <w:basedOn w:val="Standaardalinea-lettertype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C693F"/>
    <w:rPr>
      <w:b/>
      <w:bCs/>
      <w:smallCaps/>
      <w:spacing w:val="5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C693F"/>
    <w:pPr>
      <w:outlineLvl w:val="9"/>
    </w:pPr>
  </w:style>
  <w:style w:type="table" w:styleId="Tabelraster">
    <w:name w:val="Table Grid"/>
    <w:basedOn w:val="Standaardtabe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chtearcering">
    <w:name w:val="Light Shading"/>
    <w:basedOn w:val="Standaardtabe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chtearcering-accent1">
    <w:name w:val="Light Shading Accent 1"/>
    <w:basedOn w:val="Standaardtabe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chtearcering-accent2">
    <w:name w:val="Light Shading Accent 2"/>
    <w:basedOn w:val="Standaardtabe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chtearcering-accent3">
    <w:name w:val="Light Shading Accent 3"/>
    <w:basedOn w:val="Standaardtabe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chtearcering-accent4">
    <w:name w:val="Light Shading Accent 4"/>
    <w:basedOn w:val="Standaardtabe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chtearcering-accent5">
    <w:name w:val="Light Shading Accent 5"/>
    <w:basedOn w:val="Standaardtabe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chtearcering-accent6">
    <w:name w:val="Light Shading Accent 6"/>
    <w:basedOn w:val="Standaardtabe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chtelijst">
    <w:name w:val="Light List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chtelijst-accent1">
    <w:name w:val="Light List Accent 1"/>
    <w:basedOn w:val="Standaardtabe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chtelijst-accent2">
    <w:name w:val="Light List Accent 2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chtelijst-accent3">
    <w:name w:val="Light List Accent 3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chtelijst-accent4">
    <w:name w:val="Light List Accent 4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chtelijst-accent5">
    <w:name w:val="Light List Accent 5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chtelijst-accent6">
    <w:name w:val="Light List Accent 6"/>
    <w:basedOn w:val="Standaardtabe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chtraster">
    <w:name w:val="Light Grid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chtraster-accent1">
    <w:name w:val="Light Grid Accent 1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chtraster-accent2">
    <w:name w:val="Light Grid Accent 2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chtraster-accent3">
    <w:name w:val="Light Grid Accent 3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chtraster-accent4">
    <w:name w:val="Light Grid Accent 4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chtraster-accent5">
    <w:name w:val="Light Grid Accent 5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chtraster-accent6">
    <w:name w:val="Light Grid Accent 6"/>
    <w:basedOn w:val="Standaardtabe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Gemiddeldearcering1">
    <w:name w:val="Medium Shading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1">
    <w:name w:val="Medium Shading 1 Accent 1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2">
    <w:name w:val="Medium Shading 1 Accent 2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3">
    <w:name w:val="Medium Shading 1 Accent 3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4">
    <w:name w:val="Medium Shading 1 Accent 4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5">
    <w:name w:val="Medium Shading 1 Accent 5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1-accent6">
    <w:name w:val="Medium Shading 1 Accent 6"/>
    <w:basedOn w:val="Standaardtabe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emiddeldearcering2">
    <w:name w:val="Medium Shading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1">
    <w:name w:val="Medium Shading 2 Accent 1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2">
    <w:name w:val="Medium Shading 2 Accent 2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3">
    <w:name w:val="Medium Shading 2 Accent 3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4">
    <w:name w:val="Medium Shading 2 Accent 4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5">
    <w:name w:val="Medium Shading 2 Accent 5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arcering2-accent6">
    <w:name w:val="Medium Shading 2 Accent 6"/>
    <w:basedOn w:val="Standaardtabe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emiddeldelijst1">
    <w:name w:val="Medium Lis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Gemiddeldelijst1-accent1">
    <w:name w:val="Medium List 1 Accent 1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Gemiddeldelijst1-accent2">
    <w:name w:val="Medium List 1 Accent 2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Gemiddeldelijst1-accent3">
    <w:name w:val="Medium List 1 Accent 3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Gemiddeldelijst1-accent4">
    <w:name w:val="Medium List 1 Accent 4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Gemiddeldelijst1-accent5">
    <w:name w:val="Medium List 1 Accent 5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Gemiddeldelijst1-accent6">
    <w:name w:val="Medium List 1 Accent 6"/>
    <w:basedOn w:val="Standaardtabe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Gemiddeldelijst2">
    <w:name w:val="Medium Lis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1">
    <w:name w:val="Medium List 2 Accent 1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2">
    <w:name w:val="Medium List 2 Accent 2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3">
    <w:name w:val="Medium List 2 Accent 3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4">
    <w:name w:val="Medium List 2 Accent 4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5">
    <w:name w:val="Medium List 2 Accent 5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elijst2-accent6">
    <w:name w:val="Medium List 2 Accent 6"/>
    <w:basedOn w:val="Standaardtabe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emiddeldraster1">
    <w:name w:val="Medium Grid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emiddeldraster1-accent1">
    <w:name w:val="Medium Grid 1 Accent 1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emiddeldraster1-accent2">
    <w:name w:val="Medium Grid 1 Accent 2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emiddeldraster1-accent3">
    <w:name w:val="Medium Grid 1 Accent 3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emiddeldraster1-accent4">
    <w:name w:val="Medium Grid 1 Accent 4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emiddeldraster1-accent5">
    <w:name w:val="Medium Grid 1 Accent 5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emiddeldraster1-accent6">
    <w:name w:val="Medium Grid 1 Accent 6"/>
    <w:basedOn w:val="Standaardtabe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emiddeldraster2">
    <w:name w:val="Medium Grid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1">
    <w:name w:val="Medium Grid 2 Accent 1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2">
    <w:name w:val="Medium Grid 2 Accent 2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3">
    <w:name w:val="Medium Grid 2 Accent 3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4">
    <w:name w:val="Medium Grid 2 Accent 4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5">
    <w:name w:val="Medium Grid 2 Accent 5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2-accent6">
    <w:name w:val="Medium Grid 2 Accent 6"/>
    <w:basedOn w:val="Standaardtabe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emiddeldraster3">
    <w:name w:val="Medium Grid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emiddeldraster3-accent1">
    <w:name w:val="Medium Grid 3 Accent 1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emiddeldraster3-accent2">
    <w:name w:val="Medium Grid 3 Accent 2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emiddeldraster3-accent3">
    <w:name w:val="Medium Grid 3 Accent 3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emiddeldraster3-accent4">
    <w:name w:val="Medium Grid 3 Accent 4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emiddeldraster3-accent5">
    <w:name w:val="Medium Grid 3 Accent 5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emiddeldraster3-accent6">
    <w:name w:val="Medium Grid 3 Accent 6"/>
    <w:basedOn w:val="Standaardtabe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onkerelijst">
    <w:name w:val="Dark List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onkerelijst-accent1">
    <w:name w:val="Dark List Accent 1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onkerelijst-accent2">
    <w:name w:val="Dark List Accent 2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onkerelijst-accent3">
    <w:name w:val="Dark List Accent 3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onkerelijst-accent4">
    <w:name w:val="Dark List Accent 4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onkerelijst-accent5">
    <w:name w:val="Dark List Accent 5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onkerelijst-accent6">
    <w:name w:val="Dark List Accent 6"/>
    <w:basedOn w:val="Standaardtabe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Kleurrijkearcering">
    <w:name w:val="Colorful Shading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1">
    <w:name w:val="Colorful Shading Accent 1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2">
    <w:name w:val="Colorful Shading Accent 2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3">
    <w:name w:val="Colorful Shading Accent 3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earcering-accent4">
    <w:name w:val="Colorful Shading Accent 4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5">
    <w:name w:val="Colorful Shading Accent 5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arcering-accent6">
    <w:name w:val="Colorful Shading Accent 6"/>
    <w:basedOn w:val="Standaardtabe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leurrijkelijst">
    <w:name w:val="Colorful List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eurrijkelijst-accent1">
    <w:name w:val="Colorful List Accent 1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leurrijkelijst-accent2">
    <w:name w:val="Colorful List Accent 2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leurrijkelijst-accent3">
    <w:name w:val="Colorful List Accent 3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leurrijkelijst-accent4">
    <w:name w:val="Colorful List Accent 4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leurrijkelijst-accent5">
    <w:name w:val="Colorful List Accent 5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leurrijkelijst-accent6">
    <w:name w:val="Colorful List Accent 6"/>
    <w:basedOn w:val="Standaardtabe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leurrijkraster">
    <w:name w:val="Colorful Grid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leurrijkraster-accent1">
    <w:name w:val="Colorful Grid Accent 1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leurrijkraster-accent2">
    <w:name w:val="Colorful Grid Accent 2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leurrijkraster-accent3">
    <w:name w:val="Colorful Grid Accent 3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leurrijkraster-accent4">
    <w:name w:val="Colorful Grid Accent 4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leurrijkraster-accent5">
    <w:name w:val="Colorful Grid Accent 5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leurrijkraster-accent6">
    <w:name w:val="Colorful Grid Accent 6"/>
    <w:basedOn w:val="Standaardtabe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102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668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Jean Dols</cp:lastModifiedBy>
  <cp:revision>2</cp:revision>
  <cp:lastPrinted>2025-10-31T16:14:00Z</cp:lastPrinted>
  <dcterms:created xsi:type="dcterms:W3CDTF">2025-10-31T16:16:00Z</dcterms:created>
  <dcterms:modified xsi:type="dcterms:W3CDTF">2025-10-31T16:16:00Z</dcterms:modified>
  <cp:category/>
</cp:coreProperties>
</file>